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BB538" w14:textId="77777777" w:rsidR="00537373" w:rsidRDefault="00000000">
      <w:pPr>
        <w:spacing w:after="0"/>
        <w:jc w:val="center"/>
        <w:rPr>
          <w:rFonts w:hint="eastAsia"/>
        </w:rPr>
      </w:pPr>
      <w:r>
        <w:rPr>
          <w:b/>
          <w:color w:val="7A1748"/>
          <w:sz w:val="34"/>
        </w:rPr>
        <w:t>PIETEIKUMA FORMA</w:t>
      </w:r>
    </w:p>
    <w:p w14:paraId="10B403AF" w14:textId="77777777" w:rsidR="00537373" w:rsidRDefault="00000000">
      <w:pPr>
        <w:spacing w:after="0"/>
        <w:jc w:val="center"/>
        <w:rPr>
          <w:rFonts w:hint="eastAsia"/>
        </w:rPr>
      </w:pPr>
      <w:r>
        <w:rPr>
          <w:b/>
          <w:sz w:val="23"/>
        </w:rPr>
        <w:t>5 DIENU MĀCĪBU-TRENIŅU SEMINĀRS SIEVIEŠU SPORTA VINGROŠANĀ</w:t>
      </w:r>
    </w:p>
    <w:p w14:paraId="64FDF7FC" w14:textId="77777777" w:rsidR="00537373" w:rsidRDefault="00000000">
      <w:pPr>
        <w:spacing w:after="100"/>
        <w:jc w:val="center"/>
        <w:rPr>
          <w:rFonts w:hint="eastAsia"/>
        </w:rPr>
      </w:pPr>
      <w:r>
        <w:rPr>
          <w:i/>
          <w:color w:val="5A5A5A"/>
        </w:rPr>
        <w:t>Jaunatnes olimpiskās attīstības programmas ietvaros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537373" w14:paraId="5C4F65E7" w14:textId="77777777">
        <w:trPr>
          <w:jc w:val="center"/>
        </w:trPr>
        <w:tc>
          <w:tcPr>
            <w:tcW w:w="3552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7A174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1F6D36" w14:textId="77777777" w:rsidR="00537373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</w:rPr>
              <w:t>Norises vieta</w:t>
            </w:r>
          </w:p>
        </w:tc>
        <w:tc>
          <w:tcPr>
            <w:tcW w:w="3552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7A174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ADBBB0" w14:textId="77777777" w:rsidR="00537373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</w:rPr>
              <w:t>Norises laiks</w:t>
            </w:r>
          </w:p>
        </w:tc>
        <w:tc>
          <w:tcPr>
            <w:tcW w:w="3552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7A174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060736" w14:textId="77777777" w:rsidR="00537373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</w:rPr>
              <w:t>Eksperts</w:t>
            </w:r>
          </w:p>
        </w:tc>
      </w:tr>
      <w:tr w:rsidR="00537373" w14:paraId="6E4EC339" w14:textId="77777777">
        <w:trPr>
          <w:jc w:val="center"/>
        </w:trPr>
        <w:tc>
          <w:tcPr>
            <w:tcW w:w="3552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052D1A" w14:textId="77777777" w:rsidR="00537373" w:rsidRDefault="00000000">
            <w:pPr>
              <w:jc w:val="center"/>
              <w:rPr>
                <w:rFonts w:hint="eastAsia"/>
              </w:rPr>
            </w:pPr>
            <w:r>
              <w:t>Ventspils Olimpiskais centrs</w:t>
            </w:r>
          </w:p>
        </w:tc>
        <w:tc>
          <w:tcPr>
            <w:tcW w:w="3552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A024A5" w14:textId="77777777" w:rsidR="00537373" w:rsidRDefault="00000000">
            <w:pPr>
              <w:jc w:val="center"/>
              <w:rPr>
                <w:rFonts w:hint="eastAsia"/>
              </w:rPr>
            </w:pPr>
            <w:r>
              <w:t>29.09.2026.–03.10.2026.</w:t>
            </w:r>
          </w:p>
        </w:tc>
        <w:tc>
          <w:tcPr>
            <w:tcW w:w="3552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AAC4DA" w14:textId="77777777" w:rsidR="00537373" w:rsidRDefault="00000000">
            <w:pPr>
              <w:jc w:val="center"/>
              <w:rPr>
                <w:rFonts w:hint="eastAsia"/>
              </w:rPr>
            </w:pPr>
            <w:r>
              <w:t>Andrey Levit</w:t>
            </w:r>
          </w:p>
        </w:tc>
      </w:tr>
    </w:tbl>
    <w:p w14:paraId="5EA44E6D" w14:textId="77777777" w:rsidR="00537373" w:rsidRDefault="00000000">
      <w:pPr>
        <w:spacing w:before="100" w:after="40"/>
        <w:rPr>
          <w:rFonts w:hint="eastAsia"/>
        </w:rPr>
      </w:pPr>
      <w:r>
        <w:rPr>
          <w:b/>
          <w:color w:val="7A1748"/>
          <w:sz w:val="22"/>
        </w:rPr>
        <w:t>1. SPORTISTES INFORMĀCIJA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537373" w14:paraId="4FB12252" w14:textId="77777777">
        <w:trPr>
          <w:jc w:val="center"/>
        </w:trPr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F4E9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619B04" w14:textId="77777777" w:rsidR="00537373" w:rsidRDefault="00000000">
            <w:pPr>
              <w:rPr>
                <w:rFonts w:hint="eastAsia"/>
              </w:rPr>
            </w:pPr>
            <w:r>
              <w:rPr>
                <w:b/>
                <w:color w:val="5F1737"/>
              </w:rPr>
              <w:t>Vārds, uzvārds</w:t>
            </w:r>
          </w:p>
        </w:tc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84C61E" w14:textId="77777777" w:rsidR="00537373" w:rsidRDefault="00000000">
            <w:pPr>
              <w:rPr>
                <w:rFonts w:hint="eastAsia"/>
              </w:rPr>
            </w:pPr>
            <w:r>
              <w:t>____________________________________________________________</w:t>
            </w:r>
          </w:p>
        </w:tc>
      </w:tr>
      <w:tr w:rsidR="00537373" w14:paraId="4ACE02BF" w14:textId="77777777">
        <w:trPr>
          <w:jc w:val="center"/>
        </w:trPr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F4E9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7E912F" w14:textId="77777777" w:rsidR="00537373" w:rsidRDefault="00000000">
            <w:pPr>
              <w:rPr>
                <w:rFonts w:hint="eastAsia"/>
              </w:rPr>
            </w:pPr>
            <w:r>
              <w:rPr>
                <w:b/>
                <w:color w:val="5F1737"/>
              </w:rPr>
              <w:t>Dzimšanas datums</w:t>
            </w:r>
          </w:p>
        </w:tc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949967" w14:textId="77777777" w:rsidR="00537373" w:rsidRDefault="00000000">
            <w:pPr>
              <w:rPr>
                <w:rFonts w:hint="eastAsia"/>
              </w:rPr>
            </w:pPr>
            <w:r>
              <w:t>____ / ____ / ________</w:t>
            </w:r>
          </w:p>
        </w:tc>
      </w:tr>
      <w:tr w:rsidR="00537373" w14:paraId="3068B5A3" w14:textId="77777777">
        <w:trPr>
          <w:jc w:val="center"/>
        </w:trPr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F4E9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4C3CAA" w14:textId="77777777" w:rsidR="00537373" w:rsidRDefault="00000000">
            <w:pPr>
              <w:rPr>
                <w:rFonts w:hint="eastAsia"/>
              </w:rPr>
            </w:pPr>
            <w:r>
              <w:rPr>
                <w:b/>
                <w:color w:val="5F1737"/>
              </w:rPr>
              <w:t>Sporta klubs / organizācija</w:t>
            </w:r>
          </w:p>
        </w:tc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C03972" w14:textId="77777777" w:rsidR="00537373" w:rsidRDefault="00000000">
            <w:pPr>
              <w:rPr>
                <w:rFonts w:hint="eastAsia"/>
              </w:rPr>
            </w:pPr>
            <w:r>
              <w:t>____________________________________________________________</w:t>
            </w:r>
          </w:p>
        </w:tc>
      </w:tr>
      <w:tr w:rsidR="00537373" w14:paraId="618D51CD" w14:textId="77777777">
        <w:trPr>
          <w:jc w:val="center"/>
        </w:trPr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F4E9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0D055B" w14:textId="77777777" w:rsidR="00537373" w:rsidRDefault="00000000">
            <w:pPr>
              <w:rPr>
                <w:rFonts w:hint="eastAsia"/>
              </w:rPr>
            </w:pPr>
            <w:r>
              <w:rPr>
                <w:b/>
                <w:color w:val="5F1737"/>
              </w:rPr>
              <w:t>Trenera vārds, uzvārds</w:t>
            </w:r>
          </w:p>
        </w:tc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93576A" w14:textId="77777777" w:rsidR="00537373" w:rsidRDefault="00000000">
            <w:pPr>
              <w:rPr>
                <w:rFonts w:hint="eastAsia"/>
              </w:rPr>
            </w:pPr>
            <w:r>
              <w:t>____________________________________________________________</w:t>
            </w:r>
          </w:p>
        </w:tc>
      </w:tr>
      <w:tr w:rsidR="00537373" w14:paraId="60794955" w14:textId="77777777">
        <w:trPr>
          <w:jc w:val="center"/>
        </w:trPr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F4E9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880C94" w14:textId="77777777" w:rsidR="00537373" w:rsidRDefault="00000000">
            <w:pPr>
              <w:rPr>
                <w:rFonts w:hint="eastAsia"/>
              </w:rPr>
            </w:pPr>
            <w:r>
              <w:rPr>
                <w:b/>
                <w:color w:val="5F1737"/>
              </w:rPr>
              <w:t>E-pasts / tālrunis</w:t>
            </w:r>
          </w:p>
        </w:tc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573AD8" w14:textId="77777777" w:rsidR="00537373" w:rsidRDefault="00000000">
            <w:pPr>
              <w:rPr>
                <w:rFonts w:hint="eastAsia"/>
              </w:rPr>
            </w:pPr>
            <w:r>
              <w:t>____________________________________________________________</w:t>
            </w:r>
          </w:p>
        </w:tc>
      </w:tr>
    </w:tbl>
    <w:p w14:paraId="27FF2C0E" w14:textId="77777777" w:rsidR="00537373" w:rsidRDefault="00000000">
      <w:pPr>
        <w:spacing w:before="100" w:after="40"/>
        <w:rPr>
          <w:rFonts w:hint="eastAsia"/>
        </w:rPr>
      </w:pPr>
      <w:r>
        <w:rPr>
          <w:b/>
          <w:color w:val="7A1748"/>
          <w:sz w:val="22"/>
        </w:rPr>
        <w:t>2. TRENERA INFORMĀCIJA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537373" w14:paraId="3374D267" w14:textId="77777777">
        <w:trPr>
          <w:jc w:val="center"/>
        </w:trPr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F4E9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49D754" w14:textId="77777777" w:rsidR="00537373" w:rsidRDefault="00000000">
            <w:pPr>
              <w:rPr>
                <w:rFonts w:hint="eastAsia"/>
              </w:rPr>
            </w:pPr>
            <w:r>
              <w:rPr>
                <w:b/>
                <w:color w:val="5F1737"/>
              </w:rPr>
              <w:t>Vārds, uzvārds</w:t>
            </w:r>
          </w:p>
        </w:tc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D65482" w14:textId="77777777" w:rsidR="00537373" w:rsidRDefault="00000000">
            <w:pPr>
              <w:rPr>
                <w:rFonts w:hint="eastAsia"/>
              </w:rPr>
            </w:pPr>
            <w:r>
              <w:t>____________________________________________________________</w:t>
            </w:r>
          </w:p>
        </w:tc>
      </w:tr>
      <w:tr w:rsidR="00537373" w14:paraId="6EF6DB51" w14:textId="77777777">
        <w:trPr>
          <w:jc w:val="center"/>
        </w:trPr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F4E9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B8755D" w14:textId="77777777" w:rsidR="00537373" w:rsidRDefault="00000000">
            <w:pPr>
              <w:rPr>
                <w:rFonts w:hint="eastAsia"/>
              </w:rPr>
            </w:pPr>
            <w:r>
              <w:rPr>
                <w:b/>
                <w:color w:val="5F1737"/>
              </w:rPr>
              <w:t>Sporta klubs / organizācija</w:t>
            </w:r>
          </w:p>
        </w:tc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7B303F" w14:textId="77777777" w:rsidR="00537373" w:rsidRDefault="00000000">
            <w:pPr>
              <w:rPr>
                <w:rFonts w:hint="eastAsia"/>
              </w:rPr>
            </w:pPr>
            <w:r>
              <w:t>____________________________________________________________</w:t>
            </w:r>
          </w:p>
        </w:tc>
      </w:tr>
      <w:tr w:rsidR="00537373" w14:paraId="596A2D16" w14:textId="77777777">
        <w:trPr>
          <w:jc w:val="center"/>
        </w:trPr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F4E9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48AB23" w14:textId="77777777" w:rsidR="00537373" w:rsidRDefault="00000000">
            <w:pPr>
              <w:rPr>
                <w:rFonts w:hint="eastAsia"/>
              </w:rPr>
            </w:pPr>
            <w:r>
              <w:rPr>
                <w:b/>
                <w:color w:val="5F1737"/>
              </w:rPr>
              <w:t>E-pasts / tālrunis</w:t>
            </w:r>
          </w:p>
        </w:tc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DA292A" w14:textId="77777777" w:rsidR="00537373" w:rsidRDefault="00000000">
            <w:pPr>
              <w:rPr>
                <w:rFonts w:hint="eastAsia"/>
              </w:rPr>
            </w:pPr>
            <w:r>
              <w:t>____________________________________________________________</w:t>
            </w:r>
          </w:p>
        </w:tc>
      </w:tr>
    </w:tbl>
    <w:p w14:paraId="59509682" w14:textId="77777777" w:rsidR="00537373" w:rsidRDefault="00000000">
      <w:pPr>
        <w:spacing w:before="100" w:after="40"/>
        <w:rPr>
          <w:rFonts w:hint="eastAsia"/>
        </w:rPr>
      </w:pPr>
      <w:r>
        <w:rPr>
          <w:b/>
          <w:color w:val="7A1748"/>
          <w:sz w:val="22"/>
        </w:rPr>
        <w:t>3. DALĪBAS INFORMĀCIJA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537373" w14:paraId="0F981DD6" w14:textId="77777777">
        <w:trPr>
          <w:jc w:val="center"/>
        </w:trPr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F4E9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AADA30" w14:textId="77777777" w:rsidR="00537373" w:rsidRDefault="00000000">
            <w:pPr>
              <w:rPr>
                <w:rFonts w:hint="eastAsia"/>
              </w:rPr>
            </w:pPr>
            <w:r>
              <w:rPr>
                <w:b/>
                <w:color w:val="5F1737"/>
              </w:rPr>
              <w:t>Dalības statuss</w:t>
            </w:r>
          </w:p>
        </w:tc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811890" w14:textId="77777777" w:rsidR="00537373" w:rsidRDefault="00000000">
            <w:pPr>
              <w:rPr>
                <w:rFonts w:hint="eastAsia"/>
              </w:rPr>
            </w:pPr>
            <w:r>
              <w:t>☐ Sportiste     ☐ Treneris</w:t>
            </w:r>
          </w:p>
        </w:tc>
      </w:tr>
      <w:tr w:rsidR="00537373" w14:paraId="5A02ABDB" w14:textId="77777777">
        <w:trPr>
          <w:jc w:val="center"/>
        </w:trPr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F4E9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BD6632" w14:textId="77777777" w:rsidR="00537373" w:rsidRDefault="00000000">
            <w:pPr>
              <w:rPr>
                <w:rFonts w:hint="eastAsia"/>
              </w:rPr>
            </w:pPr>
            <w:r>
              <w:rPr>
                <w:b/>
                <w:color w:val="5F1737"/>
              </w:rPr>
              <w:t>Īpašas piezīmes</w:t>
            </w:r>
          </w:p>
        </w:tc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0662A1" w14:textId="77777777" w:rsidR="00537373" w:rsidRDefault="00000000">
            <w:pPr>
              <w:rPr>
                <w:rFonts w:hint="eastAsia"/>
              </w:rPr>
            </w:pPr>
            <w:r>
              <w:t>____________________________________________________________</w:t>
            </w:r>
            <w:r>
              <w:br/>
              <w:t>____________________________________________________________</w:t>
            </w:r>
          </w:p>
        </w:tc>
      </w:tr>
    </w:tbl>
    <w:p w14:paraId="3387C395" w14:textId="77777777" w:rsidR="00537373" w:rsidRDefault="00000000">
      <w:pPr>
        <w:spacing w:before="100" w:after="40"/>
        <w:rPr>
          <w:rFonts w:hint="eastAsia"/>
        </w:rPr>
      </w:pPr>
      <w:r>
        <w:rPr>
          <w:b/>
          <w:color w:val="7A1748"/>
          <w:sz w:val="22"/>
        </w:rPr>
        <w:t>4. APSTIPRINĀJUMS</w:t>
      </w:r>
    </w:p>
    <w:p w14:paraId="2EF12C30" w14:textId="7538F6CA" w:rsidR="00033C06" w:rsidRDefault="00033C06">
      <w:pPr>
        <w:spacing w:after="60" w:line="240" w:lineRule="auto"/>
        <w:rPr>
          <w:rFonts w:hint="eastAsia"/>
        </w:rPr>
      </w:pPr>
      <w:proofErr w:type="spellStart"/>
      <w:r w:rsidRPr="00033C06">
        <w:t>Ar</w:t>
      </w:r>
      <w:proofErr w:type="spellEnd"/>
      <w:r w:rsidRPr="00033C06">
        <w:t xml:space="preserve"> </w:t>
      </w:r>
      <w:proofErr w:type="spellStart"/>
      <w:r w:rsidRPr="00033C06">
        <w:t>parakstu</w:t>
      </w:r>
      <w:proofErr w:type="spellEnd"/>
      <w:r w:rsidRPr="00033C06">
        <w:t xml:space="preserve"> </w:t>
      </w:r>
      <w:proofErr w:type="spellStart"/>
      <w:r w:rsidRPr="00033C06">
        <w:t>apliecinu</w:t>
      </w:r>
      <w:proofErr w:type="spellEnd"/>
      <w:r w:rsidRPr="00033C06">
        <w:t xml:space="preserve">, ka visa </w:t>
      </w:r>
      <w:proofErr w:type="spellStart"/>
      <w:r w:rsidRPr="00033C06">
        <w:t>pieteikumā</w:t>
      </w:r>
      <w:proofErr w:type="spellEnd"/>
      <w:r w:rsidRPr="00033C06">
        <w:t xml:space="preserve"> </w:t>
      </w:r>
      <w:proofErr w:type="spellStart"/>
      <w:r w:rsidRPr="00033C06">
        <w:t>norādītā</w:t>
      </w:r>
      <w:proofErr w:type="spellEnd"/>
      <w:r w:rsidRPr="00033C06">
        <w:t xml:space="preserve"> </w:t>
      </w:r>
      <w:proofErr w:type="spellStart"/>
      <w:r w:rsidRPr="00033C06">
        <w:t>informācija</w:t>
      </w:r>
      <w:proofErr w:type="spellEnd"/>
      <w:r w:rsidRPr="00033C06">
        <w:t xml:space="preserve"> </w:t>
      </w:r>
      <w:proofErr w:type="spellStart"/>
      <w:r w:rsidRPr="00033C06">
        <w:t>ir</w:t>
      </w:r>
      <w:proofErr w:type="spellEnd"/>
      <w:r w:rsidRPr="00033C06">
        <w:t xml:space="preserve"> </w:t>
      </w:r>
      <w:proofErr w:type="spellStart"/>
      <w:r w:rsidRPr="00033C06">
        <w:t>patiesa</w:t>
      </w:r>
      <w:proofErr w:type="spellEnd"/>
      <w:r w:rsidRPr="00033C06">
        <w:t xml:space="preserve"> un </w:t>
      </w:r>
      <w:proofErr w:type="spellStart"/>
      <w:r w:rsidRPr="00033C06">
        <w:t>korekta</w:t>
      </w:r>
      <w:proofErr w:type="spellEnd"/>
      <w:r w:rsidRPr="00033C06"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537373" w14:paraId="623C48BA" w14:textId="77777777">
        <w:trPr>
          <w:jc w:val="center"/>
        </w:trPr>
        <w:tc>
          <w:tcPr>
            <w:tcW w:w="3552" w:type="dxa"/>
          </w:tcPr>
          <w:p w14:paraId="58F220E9" w14:textId="77777777" w:rsidR="00537373" w:rsidRDefault="00000000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________________________</w:t>
            </w:r>
          </w:p>
        </w:tc>
        <w:tc>
          <w:tcPr>
            <w:tcW w:w="3552" w:type="dxa"/>
          </w:tcPr>
          <w:p w14:paraId="5BE55D4A" w14:textId="77777777" w:rsidR="00537373" w:rsidRDefault="00000000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________________________</w:t>
            </w:r>
          </w:p>
        </w:tc>
        <w:tc>
          <w:tcPr>
            <w:tcW w:w="3552" w:type="dxa"/>
          </w:tcPr>
          <w:p w14:paraId="0938C723" w14:textId="77777777" w:rsidR="00537373" w:rsidRDefault="00000000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________________________</w:t>
            </w:r>
          </w:p>
        </w:tc>
      </w:tr>
      <w:tr w:rsidR="00537373" w14:paraId="63828986" w14:textId="77777777">
        <w:trPr>
          <w:jc w:val="center"/>
        </w:trPr>
        <w:tc>
          <w:tcPr>
            <w:tcW w:w="3552" w:type="dxa"/>
          </w:tcPr>
          <w:p w14:paraId="3DBEFE8F" w14:textId="77777777" w:rsidR="00537373" w:rsidRDefault="00000000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Datums</w:t>
            </w:r>
          </w:p>
        </w:tc>
        <w:tc>
          <w:tcPr>
            <w:tcW w:w="3552" w:type="dxa"/>
          </w:tcPr>
          <w:p w14:paraId="63387882" w14:textId="77777777" w:rsidR="00537373" w:rsidRDefault="00000000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Paraksts</w:t>
            </w:r>
          </w:p>
        </w:tc>
        <w:tc>
          <w:tcPr>
            <w:tcW w:w="3552" w:type="dxa"/>
          </w:tcPr>
          <w:p w14:paraId="0873F4C9" w14:textId="77777777" w:rsidR="00537373" w:rsidRDefault="00000000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Vārds, uzvārds</w:t>
            </w:r>
          </w:p>
        </w:tc>
      </w:tr>
    </w:tbl>
    <w:p w14:paraId="21E2D6F6" w14:textId="355C0195" w:rsidR="00537373" w:rsidRDefault="00537373">
      <w:pPr>
        <w:rPr>
          <w:rFonts w:hint="eastAsia"/>
        </w:rPr>
      </w:pPr>
    </w:p>
    <w:p w14:paraId="165D69D2" w14:textId="77777777" w:rsidR="00537373" w:rsidRDefault="00000000">
      <w:pPr>
        <w:spacing w:after="100"/>
        <w:jc w:val="center"/>
        <w:rPr>
          <w:rFonts w:hint="eastAsia"/>
        </w:rPr>
      </w:pPr>
      <w:r>
        <w:rPr>
          <w:b/>
          <w:color w:val="7A1748"/>
          <w:sz w:val="32"/>
        </w:rPr>
        <w:lastRenderedPageBreak/>
        <w:t>INFORMĀCIJA DALĪBNIEKIEM</w:t>
      </w:r>
    </w:p>
    <w:p w14:paraId="18B15796" w14:textId="77777777" w:rsidR="00537373" w:rsidRDefault="00000000">
      <w:pPr>
        <w:spacing w:before="100" w:after="40"/>
        <w:rPr>
          <w:rFonts w:hint="eastAsia"/>
        </w:rPr>
      </w:pPr>
      <w:r>
        <w:rPr>
          <w:b/>
          <w:color w:val="7A1748"/>
          <w:sz w:val="22"/>
        </w:rPr>
        <w:t>Semināra mērķis</w:t>
      </w:r>
    </w:p>
    <w:p w14:paraId="6679D51B" w14:textId="77777777" w:rsidR="00537373" w:rsidRDefault="00000000">
      <w:pPr>
        <w:spacing w:after="100"/>
        <w:rPr>
          <w:rFonts w:hint="eastAsia"/>
        </w:rPr>
      </w:pPr>
      <w:r>
        <w:t>Programma ir vērsta uz sportistu tehnisko sagatavošanu, lai uzlabotu viņu tehnisko līmeni un sasniegtu augstākus rezultātus sacensībās.</w:t>
      </w:r>
    </w:p>
    <w:p w14:paraId="6AF14ED0" w14:textId="77777777" w:rsidR="00537373" w:rsidRDefault="00000000">
      <w:pPr>
        <w:spacing w:before="100" w:after="40"/>
        <w:rPr>
          <w:rFonts w:hint="eastAsia"/>
        </w:rPr>
      </w:pPr>
      <w:r>
        <w:rPr>
          <w:b/>
          <w:color w:val="7A1748"/>
          <w:sz w:val="22"/>
        </w:rPr>
        <w:t>Dalībnieki</w:t>
      </w:r>
    </w:p>
    <w:p w14:paraId="466971E1" w14:textId="77777777" w:rsidR="00537373" w:rsidRDefault="00000000">
      <w:pPr>
        <w:spacing w:after="100"/>
        <w:rPr>
          <w:rFonts w:hint="eastAsia"/>
        </w:rPr>
      </w:pPr>
      <w:r>
        <w:t>Sportistēm jābūt dzimušām laikā no 2011. gada 1. janvāra līdz 2011. gada 31. decembrim. Par citu vecuma grupu dalības iespējām lūdzam interesēties individuāli, nosūtot pieprasījumu uz e-pastu līdz 2026. gada 4. septembrim.</w:t>
      </w:r>
    </w:p>
    <w:p w14:paraId="5642A95E" w14:textId="77777777" w:rsidR="00537373" w:rsidRDefault="00000000">
      <w:pPr>
        <w:spacing w:before="100" w:after="40"/>
        <w:rPr>
          <w:rFonts w:hint="eastAsia"/>
        </w:rPr>
      </w:pPr>
      <w:r>
        <w:rPr>
          <w:b/>
          <w:color w:val="7A1748"/>
          <w:sz w:val="22"/>
        </w:rPr>
        <w:t>Pieteikšanās un dalības maksa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537373" w14:paraId="104711B1" w14:textId="77777777">
        <w:trPr>
          <w:jc w:val="center"/>
        </w:trPr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F4E9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6852D0" w14:textId="77777777" w:rsidR="00537373" w:rsidRDefault="00000000">
            <w:pPr>
              <w:rPr>
                <w:rFonts w:hint="eastAsia"/>
              </w:rPr>
            </w:pPr>
            <w:r>
              <w:rPr>
                <w:b/>
                <w:color w:val="5F1737"/>
              </w:rPr>
              <w:t>Pieteikšanās termiņš</w:t>
            </w:r>
          </w:p>
        </w:tc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3DE354" w14:textId="77777777" w:rsidR="00537373" w:rsidRDefault="00000000">
            <w:pPr>
              <w:rPr>
                <w:rFonts w:hint="eastAsia"/>
              </w:rPr>
            </w:pPr>
            <w:r>
              <w:t>līdz 2026. gada 18. septembrim</w:t>
            </w:r>
          </w:p>
        </w:tc>
      </w:tr>
      <w:tr w:rsidR="00537373" w14:paraId="47BCDAF1" w14:textId="77777777">
        <w:trPr>
          <w:jc w:val="center"/>
        </w:trPr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F4E9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7E76AA" w14:textId="77777777" w:rsidR="00537373" w:rsidRDefault="00000000">
            <w:pPr>
              <w:rPr>
                <w:rFonts w:hint="eastAsia"/>
              </w:rPr>
            </w:pPr>
            <w:r>
              <w:rPr>
                <w:b/>
                <w:color w:val="5F1737"/>
              </w:rPr>
              <w:t>Sportistei</w:t>
            </w:r>
          </w:p>
        </w:tc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9B168C" w14:textId="77777777" w:rsidR="00537373" w:rsidRDefault="00000000">
            <w:pPr>
              <w:rPr>
                <w:rFonts w:hint="eastAsia"/>
              </w:rPr>
            </w:pPr>
            <w:r>
              <w:t>150,00 EUR</w:t>
            </w:r>
          </w:p>
        </w:tc>
      </w:tr>
      <w:tr w:rsidR="00537373" w14:paraId="39CCA767" w14:textId="77777777">
        <w:trPr>
          <w:jc w:val="center"/>
        </w:trPr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F4E9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282079" w14:textId="77777777" w:rsidR="00537373" w:rsidRDefault="00000000">
            <w:pPr>
              <w:rPr>
                <w:rFonts w:hint="eastAsia"/>
              </w:rPr>
            </w:pPr>
            <w:r>
              <w:rPr>
                <w:b/>
                <w:color w:val="5F1737"/>
              </w:rPr>
              <w:t>Trenerim</w:t>
            </w:r>
          </w:p>
        </w:tc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72A264" w14:textId="77777777" w:rsidR="00537373" w:rsidRDefault="00000000">
            <w:pPr>
              <w:rPr>
                <w:rFonts w:hint="eastAsia"/>
              </w:rPr>
            </w:pPr>
            <w:r>
              <w:t>100,00 EUR (25 TIP)</w:t>
            </w:r>
          </w:p>
        </w:tc>
      </w:tr>
      <w:tr w:rsidR="00537373" w14:paraId="165E9CB8" w14:textId="77777777">
        <w:trPr>
          <w:jc w:val="center"/>
        </w:trPr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F4E9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3EE26C" w14:textId="77777777" w:rsidR="00537373" w:rsidRDefault="00000000">
            <w:pPr>
              <w:rPr>
                <w:rFonts w:hint="eastAsia"/>
              </w:rPr>
            </w:pPr>
            <w:r>
              <w:rPr>
                <w:b/>
                <w:color w:val="5F1737"/>
              </w:rPr>
              <w:t>Apmaksas termiņš</w:t>
            </w:r>
          </w:p>
        </w:tc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81386E" w14:textId="77777777" w:rsidR="00537373" w:rsidRDefault="00000000">
            <w:pPr>
              <w:rPr>
                <w:rFonts w:hint="eastAsia"/>
              </w:rPr>
            </w:pPr>
            <w:r>
              <w:t>līdz 2026. gada 18. septembrim</w:t>
            </w:r>
          </w:p>
        </w:tc>
      </w:tr>
      <w:tr w:rsidR="00537373" w14:paraId="29CE5A60" w14:textId="77777777">
        <w:trPr>
          <w:jc w:val="center"/>
        </w:trPr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F4E9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AF00A1" w14:textId="77777777" w:rsidR="00537373" w:rsidRDefault="00000000">
            <w:pPr>
              <w:rPr>
                <w:rFonts w:hint="eastAsia"/>
              </w:rPr>
            </w:pPr>
            <w:r>
              <w:rPr>
                <w:b/>
                <w:color w:val="5F1737"/>
              </w:rPr>
              <w:t>Maksājuma mērķis</w:t>
            </w:r>
          </w:p>
        </w:tc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B80CC3" w14:textId="77777777" w:rsidR="00537373" w:rsidRDefault="00000000">
            <w:pPr>
              <w:rPr>
                <w:rFonts w:hint="eastAsia"/>
              </w:rPr>
            </w:pPr>
            <w:r>
              <w:t>SEMINĀRS WAG – dalībnieka vārds, uzvārds</w:t>
            </w:r>
          </w:p>
        </w:tc>
      </w:tr>
    </w:tbl>
    <w:p w14:paraId="6C6DDDED" w14:textId="77777777" w:rsidR="00537373" w:rsidRDefault="00000000">
      <w:pPr>
        <w:spacing w:before="100" w:after="40"/>
        <w:rPr>
          <w:rFonts w:hint="eastAsia"/>
        </w:rPr>
      </w:pPr>
      <w:r>
        <w:rPr>
          <w:b/>
          <w:color w:val="7A1748"/>
          <w:sz w:val="22"/>
        </w:rPr>
        <w:t>Organizators un kontakti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537373" w14:paraId="48E66F7F" w14:textId="77777777">
        <w:trPr>
          <w:jc w:val="center"/>
        </w:trPr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F4E9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E7D11F" w14:textId="77777777" w:rsidR="00537373" w:rsidRDefault="00000000">
            <w:pPr>
              <w:rPr>
                <w:rFonts w:hint="eastAsia"/>
              </w:rPr>
            </w:pPr>
            <w:r>
              <w:rPr>
                <w:b/>
                <w:color w:val="5F1737"/>
              </w:rPr>
              <w:t>Organizators</w:t>
            </w:r>
          </w:p>
        </w:tc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4E6E33" w14:textId="77777777" w:rsidR="00537373" w:rsidRDefault="00000000">
            <w:pPr>
              <w:rPr>
                <w:rFonts w:hint="eastAsia"/>
              </w:rPr>
            </w:pPr>
            <w:r>
              <w:t>World Gymnastics sadarbībā ar Latvijas Vingrošanas federāciju</w:t>
            </w:r>
          </w:p>
        </w:tc>
      </w:tr>
      <w:tr w:rsidR="00537373" w14:paraId="48B09442" w14:textId="77777777">
        <w:trPr>
          <w:jc w:val="center"/>
        </w:trPr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F4E9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50343A" w14:textId="77777777" w:rsidR="00537373" w:rsidRDefault="00000000">
            <w:pPr>
              <w:rPr>
                <w:rFonts w:hint="eastAsia"/>
              </w:rPr>
            </w:pPr>
            <w:r>
              <w:rPr>
                <w:b/>
                <w:color w:val="5F1737"/>
              </w:rPr>
              <w:t>LVF ģenerālsekretāre</w:t>
            </w:r>
          </w:p>
        </w:tc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F06DC9" w14:textId="77777777" w:rsidR="00537373" w:rsidRDefault="00000000">
            <w:pPr>
              <w:rPr>
                <w:rFonts w:hint="eastAsia"/>
              </w:rPr>
            </w:pPr>
            <w:r>
              <w:t>Natālija Prokofjeva</w:t>
            </w:r>
          </w:p>
        </w:tc>
      </w:tr>
      <w:tr w:rsidR="00537373" w14:paraId="2571FB63" w14:textId="77777777">
        <w:trPr>
          <w:jc w:val="center"/>
        </w:trPr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F4E9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347275" w14:textId="77777777" w:rsidR="00537373" w:rsidRDefault="00000000">
            <w:pPr>
              <w:rPr>
                <w:rFonts w:hint="eastAsia"/>
              </w:rPr>
            </w:pPr>
            <w:r>
              <w:rPr>
                <w:b/>
                <w:color w:val="5F1737"/>
              </w:rPr>
              <w:t>E-pasts</w:t>
            </w:r>
          </w:p>
        </w:tc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17BB1C" w14:textId="77777777" w:rsidR="00537373" w:rsidRDefault="00000000">
            <w:pPr>
              <w:rPr>
                <w:rFonts w:hint="eastAsia"/>
              </w:rPr>
            </w:pPr>
            <w:r>
              <w:t>gfl@latnet.lv</w:t>
            </w:r>
          </w:p>
        </w:tc>
      </w:tr>
      <w:tr w:rsidR="00537373" w14:paraId="35780BAC" w14:textId="77777777">
        <w:trPr>
          <w:jc w:val="center"/>
        </w:trPr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F4E9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C5D31E" w14:textId="77777777" w:rsidR="00537373" w:rsidRDefault="00000000">
            <w:pPr>
              <w:rPr>
                <w:rFonts w:hint="eastAsia"/>
              </w:rPr>
            </w:pPr>
            <w:r>
              <w:rPr>
                <w:b/>
                <w:color w:val="5F1737"/>
              </w:rPr>
              <w:t>Tālrunis</w:t>
            </w:r>
          </w:p>
        </w:tc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40EAAE" w14:textId="77777777" w:rsidR="00537373" w:rsidRDefault="00000000">
            <w:pPr>
              <w:rPr>
                <w:rFonts w:hint="eastAsia"/>
              </w:rPr>
            </w:pPr>
            <w:r>
              <w:t>+371 27403566</w:t>
            </w:r>
          </w:p>
        </w:tc>
      </w:tr>
      <w:tr w:rsidR="00537373" w14:paraId="23DDBC50" w14:textId="77777777">
        <w:trPr>
          <w:jc w:val="center"/>
        </w:trPr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F4E9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64A5FE" w14:textId="77777777" w:rsidR="00537373" w:rsidRDefault="00000000">
            <w:pPr>
              <w:rPr>
                <w:rFonts w:hint="eastAsia"/>
              </w:rPr>
            </w:pPr>
            <w:r>
              <w:rPr>
                <w:b/>
                <w:color w:val="5F1737"/>
              </w:rPr>
              <w:t>Adrese</w:t>
            </w:r>
          </w:p>
        </w:tc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40D951" w14:textId="77777777" w:rsidR="00537373" w:rsidRDefault="00000000">
            <w:pPr>
              <w:rPr>
                <w:rFonts w:hint="eastAsia"/>
              </w:rPr>
            </w:pPr>
            <w:r>
              <w:t>Prūšu iela 110, Rīga, Latvija, LV-1057</w:t>
            </w:r>
          </w:p>
        </w:tc>
      </w:tr>
    </w:tbl>
    <w:p w14:paraId="0C8E1245" w14:textId="77777777" w:rsidR="00537373" w:rsidRDefault="00000000">
      <w:pPr>
        <w:spacing w:before="100" w:after="40"/>
        <w:rPr>
          <w:rFonts w:hint="eastAsia"/>
        </w:rPr>
      </w:pPr>
      <w:r>
        <w:rPr>
          <w:b/>
          <w:color w:val="7A1748"/>
          <w:sz w:val="22"/>
        </w:rPr>
        <w:t>Bankas rekvizīti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537373" w14:paraId="5C6FD519" w14:textId="77777777">
        <w:trPr>
          <w:jc w:val="center"/>
        </w:trPr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F4E9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5FA64D" w14:textId="77777777" w:rsidR="00537373" w:rsidRDefault="00000000">
            <w:pPr>
              <w:rPr>
                <w:rFonts w:hint="eastAsia"/>
              </w:rPr>
            </w:pPr>
            <w:r>
              <w:rPr>
                <w:b/>
                <w:color w:val="5F1737"/>
              </w:rPr>
              <w:t>Saņēmējs</w:t>
            </w:r>
          </w:p>
        </w:tc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7BAB85" w14:textId="77777777" w:rsidR="00537373" w:rsidRDefault="00000000">
            <w:pPr>
              <w:rPr>
                <w:rFonts w:hint="eastAsia"/>
              </w:rPr>
            </w:pPr>
            <w:r>
              <w:t>Biedrība “LATVIJAS VINGROŠANAS FEDERĀCIJA”</w:t>
            </w:r>
          </w:p>
        </w:tc>
      </w:tr>
      <w:tr w:rsidR="00537373" w14:paraId="5C147E83" w14:textId="77777777">
        <w:trPr>
          <w:jc w:val="center"/>
        </w:trPr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F4E9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4EFA5F" w14:textId="77777777" w:rsidR="00537373" w:rsidRDefault="00000000">
            <w:pPr>
              <w:rPr>
                <w:rFonts w:hint="eastAsia"/>
              </w:rPr>
            </w:pPr>
            <w:r>
              <w:rPr>
                <w:b/>
                <w:color w:val="5F1737"/>
              </w:rPr>
              <w:t>Reģ. Nr.</w:t>
            </w:r>
          </w:p>
        </w:tc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E7E3A1" w14:textId="77777777" w:rsidR="00537373" w:rsidRDefault="00000000">
            <w:pPr>
              <w:rPr>
                <w:rFonts w:hint="eastAsia"/>
              </w:rPr>
            </w:pPr>
            <w:r>
              <w:t>40008022241</w:t>
            </w:r>
          </w:p>
        </w:tc>
      </w:tr>
      <w:tr w:rsidR="00537373" w14:paraId="26169FD2" w14:textId="77777777">
        <w:trPr>
          <w:jc w:val="center"/>
        </w:trPr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F4E9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465E81" w14:textId="77777777" w:rsidR="00537373" w:rsidRDefault="00000000">
            <w:pPr>
              <w:rPr>
                <w:rFonts w:hint="eastAsia"/>
              </w:rPr>
            </w:pPr>
            <w:r>
              <w:rPr>
                <w:b/>
                <w:color w:val="5F1737"/>
              </w:rPr>
              <w:t>Banka</w:t>
            </w:r>
          </w:p>
        </w:tc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A43874" w14:textId="77777777" w:rsidR="00537373" w:rsidRDefault="00000000">
            <w:pPr>
              <w:rPr>
                <w:rFonts w:hint="eastAsia"/>
              </w:rPr>
            </w:pPr>
            <w:r>
              <w:t>AS Swedbank</w:t>
            </w:r>
          </w:p>
        </w:tc>
      </w:tr>
      <w:tr w:rsidR="00537373" w14:paraId="7D34B789" w14:textId="77777777">
        <w:trPr>
          <w:jc w:val="center"/>
        </w:trPr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shd w:val="clear" w:color="auto" w:fill="F4E9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FE016C" w14:textId="77777777" w:rsidR="00537373" w:rsidRDefault="00000000">
            <w:pPr>
              <w:rPr>
                <w:rFonts w:hint="eastAsia"/>
              </w:rPr>
            </w:pPr>
            <w:r>
              <w:rPr>
                <w:b/>
                <w:color w:val="5F1737"/>
              </w:rPr>
              <w:t>Konts</w:t>
            </w:r>
          </w:p>
        </w:tc>
        <w:tc>
          <w:tcPr>
            <w:tcW w:w="5328" w:type="dxa"/>
            <w:tcBorders>
              <w:top w:val="single" w:sz="5" w:space="0" w:color="D6C1CB"/>
              <w:left w:val="single" w:sz="5" w:space="0" w:color="D6C1CB"/>
              <w:bottom w:val="single" w:sz="5" w:space="0" w:color="D6C1CB"/>
              <w:right w:val="single" w:sz="5" w:space="0" w:color="D6C1CB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8966AC" w14:textId="77777777" w:rsidR="00537373" w:rsidRDefault="00000000">
            <w:pPr>
              <w:rPr>
                <w:rFonts w:hint="eastAsia"/>
              </w:rPr>
            </w:pPr>
            <w:r>
              <w:t>LV52HABA0551047128180</w:t>
            </w:r>
          </w:p>
        </w:tc>
      </w:tr>
    </w:tbl>
    <w:p w14:paraId="6A7207EA" w14:textId="77777777" w:rsidR="00537373" w:rsidRDefault="00000000">
      <w:pPr>
        <w:spacing w:before="120"/>
        <w:jc w:val="center"/>
        <w:rPr>
          <w:rFonts w:hint="eastAsia"/>
        </w:rPr>
      </w:pPr>
      <w:r>
        <w:rPr>
          <w:b/>
          <w:color w:val="7A1748"/>
        </w:rPr>
        <w:t>Aizpildītu pieteikuma formu lūdzam nosūtīt uz: gfl@latnet.lv</w:t>
      </w:r>
    </w:p>
    <w:sectPr w:rsidR="00537373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1828913">
    <w:abstractNumId w:val="8"/>
  </w:num>
  <w:num w:numId="2" w16cid:durableId="1188517724">
    <w:abstractNumId w:val="6"/>
  </w:num>
  <w:num w:numId="3" w16cid:durableId="1009913315">
    <w:abstractNumId w:val="5"/>
  </w:num>
  <w:num w:numId="4" w16cid:durableId="1196891112">
    <w:abstractNumId w:val="4"/>
  </w:num>
  <w:num w:numId="5" w16cid:durableId="148401277">
    <w:abstractNumId w:val="7"/>
  </w:num>
  <w:num w:numId="6" w16cid:durableId="463356529">
    <w:abstractNumId w:val="3"/>
  </w:num>
  <w:num w:numId="7" w16cid:durableId="1182092375">
    <w:abstractNumId w:val="2"/>
  </w:num>
  <w:num w:numId="8" w16cid:durableId="1451969203">
    <w:abstractNumId w:val="1"/>
  </w:num>
  <w:num w:numId="9" w16cid:durableId="517744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3C06"/>
    <w:rsid w:val="00034616"/>
    <w:rsid w:val="0006063C"/>
    <w:rsid w:val="0015074B"/>
    <w:rsid w:val="00235C5C"/>
    <w:rsid w:val="0029639D"/>
    <w:rsid w:val="00326F90"/>
    <w:rsid w:val="0053737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FEC18A"/>
  <w14:defaultImageDpi w14:val="300"/>
  <w15:docId w15:val="{81D34DD7-C75C-427C-841E-2B85DA0D9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NATĀLIJA PROKOFJEVA</cp:lastModifiedBy>
  <cp:revision>2</cp:revision>
  <dcterms:created xsi:type="dcterms:W3CDTF">2013-12-23T23:15:00Z</dcterms:created>
  <dcterms:modified xsi:type="dcterms:W3CDTF">2026-08-18T15:48:00Z</dcterms:modified>
  <cp:category/>
</cp:coreProperties>
</file>